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0A76A" w14:textId="01300E98" w:rsidR="00D939C7" w:rsidRPr="001B3928" w:rsidRDefault="00E03BAE" w:rsidP="00E8678A">
      <w:pPr>
        <w:pStyle w:val="Ttulo1"/>
        <w:jc w:val="center"/>
        <w:rPr>
          <w:rFonts w:ascii="Arial Narrow" w:hAnsi="Arial Narrow" w:cs="Arial"/>
          <w:color w:val="auto"/>
          <w:sz w:val="22"/>
          <w:szCs w:val="22"/>
          <w:lang w:val="es-CO"/>
        </w:rPr>
      </w:pPr>
      <w:r w:rsidRPr="001B3928">
        <w:rPr>
          <w:rFonts w:ascii="Arial Narrow" w:hAnsi="Arial Narrow" w:cs="Arial"/>
          <w:color w:val="auto"/>
          <w:sz w:val="22"/>
          <w:szCs w:val="22"/>
          <w:lang w:val="es-CO"/>
        </w:rPr>
        <w:t xml:space="preserve">CERTIFICADO </w:t>
      </w:r>
      <w:r w:rsidR="00F4538C">
        <w:rPr>
          <w:rFonts w:ascii="Arial Narrow" w:hAnsi="Arial Narrow" w:cs="Arial"/>
          <w:color w:val="auto"/>
          <w:sz w:val="22"/>
          <w:szCs w:val="22"/>
          <w:lang w:val="es-CO"/>
        </w:rPr>
        <w:t>DE INFORMACI</w:t>
      </w:r>
      <w:r w:rsidR="00D34B16">
        <w:rPr>
          <w:rFonts w:ascii="Arial Narrow" w:hAnsi="Arial Narrow" w:cs="Arial"/>
          <w:color w:val="auto"/>
          <w:sz w:val="22"/>
          <w:szCs w:val="22"/>
          <w:lang w:val="es-CO"/>
        </w:rPr>
        <w:t>Ó</w:t>
      </w:r>
      <w:r w:rsidR="00F4538C">
        <w:rPr>
          <w:rFonts w:ascii="Arial Narrow" w:hAnsi="Arial Narrow" w:cs="Arial"/>
          <w:color w:val="auto"/>
          <w:sz w:val="22"/>
          <w:szCs w:val="22"/>
          <w:lang w:val="es-CO"/>
        </w:rPr>
        <w:t>N PREDIAL</w:t>
      </w:r>
    </w:p>
    <w:p w14:paraId="1CCA3E12" w14:textId="15BBF409" w:rsidR="001064AE" w:rsidRPr="001B3928" w:rsidRDefault="001064AE" w:rsidP="001064AE">
      <w:pPr>
        <w:rPr>
          <w:rFonts w:ascii="Arial Narrow" w:hAnsi="Arial Narrow" w:cs="Arial"/>
          <w:lang w:val="es-CO"/>
        </w:rPr>
      </w:pPr>
    </w:p>
    <w:p w14:paraId="660A1250" w14:textId="77777777" w:rsidR="001064AE" w:rsidRPr="001B3928" w:rsidRDefault="001064AE" w:rsidP="001064AE">
      <w:pPr>
        <w:pStyle w:val="Puesto1"/>
        <w:rPr>
          <w:rFonts w:ascii="Arial Narrow" w:hAnsi="Arial Narrow" w:cs="Arial"/>
          <w:sz w:val="22"/>
          <w:szCs w:val="22"/>
        </w:rPr>
      </w:pPr>
    </w:p>
    <w:p w14:paraId="2B6D7D60" w14:textId="43998855" w:rsidR="001064AE" w:rsidRPr="001B3928" w:rsidRDefault="001064AE" w:rsidP="001064AE">
      <w:pPr>
        <w:pStyle w:val="Puesto1"/>
        <w:numPr>
          <w:ilvl w:val="0"/>
          <w:numId w:val="11"/>
        </w:numPr>
        <w:jc w:val="left"/>
        <w:rPr>
          <w:rFonts w:ascii="Arial Narrow" w:hAnsi="Arial Narrow" w:cs="Arial"/>
          <w:sz w:val="22"/>
          <w:szCs w:val="22"/>
        </w:rPr>
      </w:pPr>
      <w:r w:rsidRPr="001B3928">
        <w:rPr>
          <w:rFonts w:ascii="Arial Narrow" w:hAnsi="Arial Narrow" w:cs="Arial"/>
          <w:sz w:val="22"/>
          <w:szCs w:val="22"/>
        </w:rPr>
        <w:t>PERSONAS QUE ELABORAN Y/O AVALAN EL CERTIFICADO</w:t>
      </w:r>
    </w:p>
    <w:p w14:paraId="226F9E73" w14:textId="77777777" w:rsidR="001064AE" w:rsidRPr="001B3928" w:rsidRDefault="001064AE" w:rsidP="001064AE">
      <w:pPr>
        <w:pStyle w:val="Puesto1"/>
        <w:jc w:val="left"/>
        <w:rPr>
          <w:rFonts w:ascii="Arial Narrow" w:hAnsi="Arial Narrow" w:cs="Arial"/>
          <w:sz w:val="22"/>
          <w:szCs w:val="22"/>
        </w:rPr>
      </w:pPr>
    </w:p>
    <w:tbl>
      <w:tblPr>
        <w:tblW w:w="48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1"/>
        <w:gridCol w:w="4869"/>
      </w:tblGrid>
      <w:tr w:rsidR="001064AE" w:rsidRPr="001B3928" w14:paraId="25BD0C82" w14:textId="77777777" w:rsidTr="00796EB1">
        <w:trPr>
          <w:trHeight w:val="971"/>
          <w:jc w:val="center"/>
        </w:trPr>
        <w:tc>
          <w:tcPr>
            <w:tcW w:w="2498" w:type="pct"/>
            <w:vAlign w:val="center"/>
          </w:tcPr>
          <w:p w14:paraId="2F1E5BB3" w14:textId="77777777" w:rsidR="001064AE" w:rsidRPr="001B3928" w:rsidRDefault="001064AE" w:rsidP="00796EB1">
            <w:pPr>
              <w:jc w:val="center"/>
              <w:rPr>
                <w:rFonts w:ascii="Arial Narrow" w:hAnsi="Arial Narrow" w:cs="Arial"/>
                <w:b/>
              </w:rPr>
            </w:pPr>
            <w:proofErr w:type="spellStart"/>
            <w:r w:rsidRPr="001B3928">
              <w:rPr>
                <w:rFonts w:ascii="Arial Narrow" w:hAnsi="Arial Narrow" w:cs="Arial"/>
                <w:b/>
              </w:rPr>
              <w:t>Nombres</w:t>
            </w:r>
            <w:proofErr w:type="spellEnd"/>
          </w:p>
        </w:tc>
        <w:tc>
          <w:tcPr>
            <w:tcW w:w="2502" w:type="pct"/>
            <w:vAlign w:val="center"/>
          </w:tcPr>
          <w:p w14:paraId="3AB0A52A" w14:textId="77777777" w:rsidR="001064AE" w:rsidRPr="001B3928" w:rsidRDefault="001064AE" w:rsidP="00796EB1">
            <w:pPr>
              <w:jc w:val="center"/>
              <w:rPr>
                <w:rFonts w:ascii="Arial Narrow" w:hAnsi="Arial Narrow" w:cs="Arial"/>
                <w:b/>
              </w:rPr>
            </w:pPr>
            <w:r w:rsidRPr="001B3928">
              <w:rPr>
                <w:rFonts w:ascii="Arial Narrow" w:hAnsi="Arial Narrow" w:cs="Arial"/>
                <w:b/>
              </w:rPr>
              <w:t>Cargo</w:t>
            </w:r>
          </w:p>
        </w:tc>
      </w:tr>
      <w:tr w:rsidR="001064AE" w:rsidRPr="00D34B16" w14:paraId="08951823" w14:textId="77777777" w:rsidTr="00796EB1">
        <w:trPr>
          <w:trHeight w:val="354"/>
          <w:jc w:val="center"/>
        </w:trPr>
        <w:tc>
          <w:tcPr>
            <w:tcW w:w="2498" w:type="pct"/>
            <w:vAlign w:val="center"/>
          </w:tcPr>
          <w:p w14:paraId="60959F4E" w14:textId="77777777" w:rsidR="001064AE" w:rsidRPr="001B3928" w:rsidRDefault="001064AE" w:rsidP="00796EB1">
            <w:pPr>
              <w:jc w:val="center"/>
              <w:rPr>
                <w:rFonts w:ascii="Arial Narrow" w:hAnsi="Arial Narrow" w:cs="Arial"/>
              </w:rPr>
            </w:pPr>
            <w:proofErr w:type="spellStart"/>
            <w:r w:rsidRPr="001B3928">
              <w:rPr>
                <w:rFonts w:ascii="Arial Narrow" w:hAnsi="Arial Narrow" w:cs="Arial"/>
              </w:rPr>
              <w:t>Incluir</w:t>
            </w:r>
            <w:proofErr w:type="spellEnd"/>
            <w:r w:rsidRPr="001B3928">
              <w:rPr>
                <w:rFonts w:ascii="Arial Narrow" w:hAnsi="Arial Narrow" w:cs="Arial"/>
              </w:rPr>
              <w:t xml:space="preserve"> </w:t>
            </w:r>
            <w:proofErr w:type="spellStart"/>
            <w:r w:rsidRPr="001B3928">
              <w:rPr>
                <w:rFonts w:ascii="Arial Narrow" w:hAnsi="Arial Narrow" w:cs="Arial"/>
              </w:rPr>
              <w:t>nombre</w:t>
            </w:r>
            <w:proofErr w:type="spellEnd"/>
            <w:r w:rsidRPr="001B3928">
              <w:rPr>
                <w:rFonts w:ascii="Arial Narrow" w:hAnsi="Arial Narrow" w:cs="Arial"/>
              </w:rPr>
              <w:t xml:space="preserve"> </w:t>
            </w:r>
            <w:proofErr w:type="spellStart"/>
            <w:r w:rsidRPr="001B3928">
              <w:rPr>
                <w:rFonts w:ascii="Arial Narrow" w:hAnsi="Arial Narrow" w:cs="Arial"/>
              </w:rPr>
              <w:t>completo</w:t>
            </w:r>
            <w:proofErr w:type="spellEnd"/>
          </w:p>
        </w:tc>
        <w:tc>
          <w:tcPr>
            <w:tcW w:w="2502" w:type="pct"/>
            <w:vAlign w:val="center"/>
          </w:tcPr>
          <w:p w14:paraId="670D697F" w14:textId="77777777" w:rsidR="001064AE" w:rsidRPr="001B3928" w:rsidRDefault="001064AE" w:rsidP="00796EB1">
            <w:pPr>
              <w:jc w:val="center"/>
              <w:rPr>
                <w:rFonts w:ascii="Arial Narrow" w:hAnsi="Arial Narrow" w:cs="Arial"/>
                <w:lang w:val="es-CO"/>
              </w:rPr>
            </w:pPr>
            <w:r w:rsidRPr="001B3928">
              <w:rPr>
                <w:rFonts w:ascii="Arial Narrow" w:hAnsi="Arial Narrow" w:cs="Arial"/>
                <w:lang w:val="es-CO"/>
              </w:rPr>
              <w:t>Incluir el cargo o relación que tiene con el ente territorial</w:t>
            </w:r>
          </w:p>
        </w:tc>
      </w:tr>
      <w:tr w:rsidR="001064AE" w:rsidRPr="00D34B16" w14:paraId="59DB6CEA" w14:textId="77777777" w:rsidTr="00796EB1">
        <w:trPr>
          <w:trHeight w:val="354"/>
          <w:jc w:val="center"/>
        </w:trPr>
        <w:tc>
          <w:tcPr>
            <w:tcW w:w="2498" w:type="pct"/>
            <w:vAlign w:val="center"/>
          </w:tcPr>
          <w:p w14:paraId="5ACBB8E0" w14:textId="77777777" w:rsidR="001064AE" w:rsidRPr="00F4538C" w:rsidRDefault="001064AE" w:rsidP="00796EB1">
            <w:pPr>
              <w:jc w:val="center"/>
              <w:rPr>
                <w:rFonts w:ascii="Arial Narrow" w:hAnsi="Arial Narrow" w:cs="Arial"/>
                <w:lang w:val="es-CO"/>
              </w:rPr>
            </w:pPr>
            <w:r w:rsidRPr="00F4538C">
              <w:rPr>
                <w:rFonts w:ascii="Arial Narrow" w:hAnsi="Arial Narrow" w:cs="Arial"/>
                <w:lang w:val="es-CO"/>
              </w:rPr>
              <w:t>Incluir nombre completo</w:t>
            </w:r>
          </w:p>
        </w:tc>
        <w:tc>
          <w:tcPr>
            <w:tcW w:w="2502" w:type="pct"/>
          </w:tcPr>
          <w:p w14:paraId="54805220" w14:textId="77777777" w:rsidR="001064AE" w:rsidRPr="001B3928" w:rsidRDefault="001064AE" w:rsidP="00796EB1">
            <w:pPr>
              <w:jc w:val="center"/>
              <w:rPr>
                <w:rFonts w:ascii="Arial Narrow" w:hAnsi="Arial Narrow" w:cs="Arial"/>
                <w:lang w:val="es-CO"/>
              </w:rPr>
            </w:pPr>
            <w:r w:rsidRPr="001B3928">
              <w:rPr>
                <w:rFonts w:ascii="Arial Narrow" w:hAnsi="Arial Narrow" w:cs="Arial"/>
                <w:lang w:val="es-CO"/>
              </w:rPr>
              <w:t>Incluir el cargo o relación que tiene con el ente territorial</w:t>
            </w:r>
          </w:p>
        </w:tc>
      </w:tr>
      <w:tr w:rsidR="00F4538C" w:rsidRPr="00D34B16" w14:paraId="444E919E" w14:textId="77777777" w:rsidTr="00796EB1">
        <w:trPr>
          <w:trHeight w:val="354"/>
          <w:jc w:val="center"/>
        </w:trPr>
        <w:tc>
          <w:tcPr>
            <w:tcW w:w="2498" w:type="pct"/>
            <w:vAlign w:val="center"/>
          </w:tcPr>
          <w:p w14:paraId="7E3BC4C6" w14:textId="48E5A808" w:rsidR="00F4538C" w:rsidRPr="001B3928" w:rsidRDefault="00F4538C" w:rsidP="00796EB1">
            <w:pPr>
              <w:jc w:val="center"/>
              <w:rPr>
                <w:rFonts w:ascii="Arial Narrow" w:hAnsi="Arial Narrow" w:cs="Arial"/>
              </w:rPr>
            </w:pPr>
            <w:proofErr w:type="spellStart"/>
            <w:r w:rsidRPr="00F4538C">
              <w:rPr>
                <w:rFonts w:ascii="Arial Narrow" w:hAnsi="Arial Narrow" w:cs="Arial"/>
              </w:rPr>
              <w:t>Incluir</w:t>
            </w:r>
            <w:proofErr w:type="spellEnd"/>
            <w:r w:rsidRPr="00F4538C">
              <w:rPr>
                <w:rFonts w:ascii="Arial Narrow" w:hAnsi="Arial Narrow" w:cs="Arial"/>
              </w:rPr>
              <w:t xml:space="preserve"> </w:t>
            </w:r>
            <w:proofErr w:type="spellStart"/>
            <w:r w:rsidRPr="00F4538C">
              <w:rPr>
                <w:rFonts w:ascii="Arial Narrow" w:hAnsi="Arial Narrow" w:cs="Arial"/>
              </w:rPr>
              <w:t>nombre</w:t>
            </w:r>
            <w:proofErr w:type="spellEnd"/>
            <w:r w:rsidRPr="00F4538C">
              <w:rPr>
                <w:rFonts w:ascii="Arial Narrow" w:hAnsi="Arial Narrow" w:cs="Arial"/>
              </w:rPr>
              <w:t xml:space="preserve"> </w:t>
            </w:r>
            <w:proofErr w:type="spellStart"/>
            <w:r w:rsidRPr="00F4538C">
              <w:rPr>
                <w:rFonts w:ascii="Arial Narrow" w:hAnsi="Arial Narrow" w:cs="Arial"/>
              </w:rPr>
              <w:t>completo</w:t>
            </w:r>
            <w:proofErr w:type="spellEnd"/>
          </w:p>
        </w:tc>
        <w:tc>
          <w:tcPr>
            <w:tcW w:w="2502" w:type="pct"/>
          </w:tcPr>
          <w:p w14:paraId="55F8C947" w14:textId="42129A7F" w:rsidR="00F4538C" w:rsidRPr="001B3928" w:rsidRDefault="00F4538C" w:rsidP="00796EB1">
            <w:pPr>
              <w:jc w:val="center"/>
              <w:rPr>
                <w:rFonts w:ascii="Arial Narrow" w:hAnsi="Arial Narrow" w:cs="Arial"/>
                <w:lang w:val="es-CO"/>
              </w:rPr>
            </w:pPr>
            <w:r w:rsidRPr="00F4538C">
              <w:rPr>
                <w:rFonts w:ascii="Arial Narrow" w:hAnsi="Arial Narrow" w:cs="Arial"/>
                <w:lang w:val="es-CO"/>
              </w:rPr>
              <w:t>Incluir el cargo o relación que tiene con el ente territorial</w:t>
            </w:r>
          </w:p>
        </w:tc>
      </w:tr>
    </w:tbl>
    <w:p w14:paraId="3756954E" w14:textId="6FEC3C89" w:rsidR="001064AE" w:rsidRPr="001B3928" w:rsidRDefault="001064AE" w:rsidP="001064AE">
      <w:pPr>
        <w:pStyle w:val="Puesto1"/>
        <w:jc w:val="left"/>
        <w:rPr>
          <w:rFonts w:ascii="Arial Narrow" w:hAnsi="Arial Narrow" w:cs="Arial"/>
          <w:sz w:val="22"/>
          <w:szCs w:val="22"/>
        </w:rPr>
      </w:pPr>
      <w:r w:rsidRPr="001B3928">
        <w:rPr>
          <w:rFonts w:ascii="Arial Narrow" w:hAnsi="Arial Narrow" w:cs="Arial"/>
          <w:sz w:val="22"/>
          <w:szCs w:val="22"/>
        </w:rPr>
        <w:t xml:space="preserve">*Se debe incluir al </w:t>
      </w:r>
      <w:r w:rsidR="00F4538C">
        <w:rPr>
          <w:rFonts w:ascii="Arial Narrow" w:hAnsi="Arial Narrow" w:cs="Arial"/>
          <w:sz w:val="22"/>
          <w:szCs w:val="22"/>
        </w:rPr>
        <w:t xml:space="preserve">profesional en topografía o catastro, </w:t>
      </w:r>
      <w:r w:rsidRPr="001B3928">
        <w:rPr>
          <w:rFonts w:ascii="Arial Narrow" w:hAnsi="Arial Narrow" w:cs="Arial"/>
          <w:sz w:val="22"/>
          <w:szCs w:val="22"/>
        </w:rPr>
        <w:t>alcalde municipal o representante legal y secretario de planeación o infraestructura.</w:t>
      </w:r>
    </w:p>
    <w:p w14:paraId="77CEC9FA" w14:textId="77777777" w:rsidR="00E8678A" w:rsidRPr="001B3928" w:rsidRDefault="00E8678A" w:rsidP="00E8678A">
      <w:pPr>
        <w:rPr>
          <w:rFonts w:ascii="Arial Narrow" w:hAnsi="Arial Narrow" w:cs="Arial"/>
          <w:lang w:val="es-CO"/>
        </w:rPr>
      </w:pPr>
    </w:p>
    <w:p w14:paraId="416DE9B9" w14:textId="3F48F90A" w:rsidR="00C16A0B" w:rsidRPr="00C16A0B" w:rsidRDefault="00C16A0B" w:rsidP="00C16A0B">
      <w:pPr>
        <w:keepNext/>
        <w:keepLines/>
        <w:numPr>
          <w:ilvl w:val="0"/>
          <w:numId w:val="10"/>
        </w:numPr>
        <w:spacing w:before="200" w:after="0"/>
        <w:outlineLvl w:val="1"/>
        <w:rPr>
          <w:rFonts w:ascii="Arial Narrow" w:eastAsiaTheme="majorEastAsia" w:hAnsi="Arial Narrow" w:cs="Arial"/>
          <w:b/>
          <w:bCs/>
          <w:lang w:val="es-CO"/>
        </w:rPr>
      </w:pPr>
      <w:r w:rsidRPr="00C16A0B">
        <w:rPr>
          <w:rFonts w:ascii="Arial Narrow" w:eastAsiaTheme="majorEastAsia" w:hAnsi="Arial Narrow" w:cs="Arial"/>
          <w:b/>
          <w:bCs/>
          <w:lang w:val="es-CO"/>
        </w:rPr>
        <w:t>INFORMACIÓN DEL PROPIETARIO</w:t>
      </w:r>
      <w:r w:rsidR="001B3928" w:rsidRPr="001B3928">
        <w:rPr>
          <w:rFonts w:ascii="Arial Narrow" w:eastAsiaTheme="majorEastAsia" w:hAnsi="Arial Narrow" w:cs="Arial"/>
          <w:b/>
          <w:bCs/>
          <w:lang w:val="es-CO"/>
        </w:rPr>
        <w:t>:</w:t>
      </w:r>
    </w:p>
    <w:p w14:paraId="30AC44A3" w14:textId="77777777" w:rsidR="00C16A0B" w:rsidRPr="00C16A0B" w:rsidRDefault="00C16A0B" w:rsidP="00C16A0B">
      <w:pPr>
        <w:ind w:left="1080"/>
        <w:contextualSpacing/>
        <w:rPr>
          <w:rFonts w:ascii="Arial Narrow" w:hAnsi="Arial Narrow" w:cs="Arial"/>
          <w:lang w:val="es-CO"/>
        </w:rPr>
      </w:pPr>
    </w:p>
    <w:p w14:paraId="5BD1E04E" w14:textId="77777777" w:rsidR="00C16A0B" w:rsidRPr="00C16A0B" w:rsidRDefault="00C16A0B" w:rsidP="00C16A0B">
      <w:pPr>
        <w:rPr>
          <w:rFonts w:ascii="Arial Narrow" w:hAnsi="Arial Narrow" w:cs="Arial"/>
          <w:lang w:val="es-CO"/>
        </w:rPr>
      </w:pPr>
      <w:r w:rsidRPr="00C16A0B">
        <w:rPr>
          <w:rFonts w:ascii="Arial Narrow" w:hAnsi="Arial Narrow" w:cs="Arial"/>
          <w:lang w:val="es-CO"/>
        </w:rPr>
        <w:t>- Nombre Completo: ______________________________________________</w:t>
      </w:r>
    </w:p>
    <w:p w14:paraId="1D96E7EE" w14:textId="77777777" w:rsidR="00C16A0B" w:rsidRPr="00C16A0B" w:rsidRDefault="00C16A0B" w:rsidP="00C16A0B">
      <w:pPr>
        <w:rPr>
          <w:rFonts w:ascii="Arial Narrow" w:hAnsi="Arial Narrow" w:cs="Arial"/>
          <w:lang w:val="es-CO"/>
        </w:rPr>
      </w:pPr>
      <w:r w:rsidRPr="00C16A0B">
        <w:rPr>
          <w:rFonts w:ascii="Arial Narrow" w:hAnsi="Arial Narrow" w:cs="Arial"/>
          <w:lang w:val="es-CO"/>
        </w:rPr>
        <w:t xml:space="preserve">- Tipo de Identificación: CC </w:t>
      </w:r>
      <w:proofErr w:type="gramStart"/>
      <w:r w:rsidRPr="00C16A0B">
        <w:rPr>
          <w:rFonts w:ascii="Arial Narrow" w:hAnsi="Arial Narrow" w:cs="Arial"/>
          <w:lang w:val="es-CO"/>
        </w:rPr>
        <w:t>( )</w:t>
      </w:r>
      <w:proofErr w:type="gramEnd"/>
      <w:r w:rsidRPr="00C16A0B">
        <w:rPr>
          <w:rFonts w:ascii="Arial Narrow" w:hAnsi="Arial Narrow" w:cs="Arial"/>
          <w:lang w:val="es-CO"/>
        </w:rPr>
        <w:t xml:space="preserve"> NIT ( ) CE ( ) </w:t>
      </w:r>
    </w:p>
    <w:p w14:paraId="59815EB1" w14:textId="5EE2652C" w:rsidR="00C16A0B" w:rsidRPr="001B3928" w:rsidRDefault="00C16A0B" w:rsidP="00C16A0B">
      <w:pPr>
        <w:rPr>
          <w:rFonts w:ascii="Arial Narrow" w:hAnsi="Arial Narrow" w:cs="Arial"/>
          <w:lang w:val="es-CO"/>
        </w:rPr>
      </w:pPr>
      <w:r w:rsidRPr="00C16A0B">
        <w:rPr>
          <w:rFonts w:ascii="Arial Narrow" w:hAnsi="Arial Narrow" w:cs="Arial"/>
          <w:lang w:val="es-CO"/>
        </w:rPr>
        <w:t>- Número de Identificación: _____________________________________________</w:t>
      </w:r>
    </w:p>
    <w:p w14:paraId="56ECA0F0" w14:textId="77777777" w:rsidR="00C16A0B" w:rsidRPr="001B3928" w:rsidRDefault="00C16A0B" w:rsidP="00C16A0B">
      <w:pPr>
        <w:rPr>
          <w:rFonts w:ascii="Arial Narrow" w:hAnsi="Arial Narrow" w:cs="Arial"/>
          <w:lang w:val="es-CO"/>
        </w:rPr>
      </w:pPr>
    </w:p>
    <w:p w14:paraId="3CF3573C" w14:textId="7720C596" w:rsidR="00D939C7" w:rsidRPr="001B3928" w:rsidRDefault="00E03BAE" w:rsidP="00C16A0B">
      <w:pPr>
        <w:pStyle w:val="Ttulo2"/>
        <w:numPr>
          <w:ilvl w:val="0"/>
          <w:numId w:val="10"/>
        </w:numPr>
        <w:rPr>
          <w:rFonts w:ascii="Arial Narrow" w:hAnsi="Arial Narrow" w:cs="Arial"/>
          <w:color w:val="auto"/>
          <w:sz w:val="22"/>
          <w:szCs w:val="22"/>
          <w:lang w:val="es-CO"/>
        </w:rPr>
      </w:pPr>
      <w:r w:rsidRPr="001B3928">
        <w:rPr>
          <w:rFonts w:ascii="Arial Narrow" w:hAnsi="Arial Narrow" w:cs="Arial"/>
          <w:color w:val="auto"/>
          <w:sz w:val="22"/>
          <w:szCs w:val="22"/>
          <w:lang w:val="es-CO"/>
        </w:rPr>
        <w:t xml:space="preserve">INFORMACIÓN </w:t>
      </w:r>
      <w:r w:rsidR="001B3928" w:rsidRPr="001B3928">
        <w:rPr>
          <w:rFonts w:ascii="Arial Narrow" w:hAnsi="Arial Narrow" w:cs="Arial"/>
          <w:color w:val="auto"/>
          <w:sz w:val="22"/>
          <w:szCs w:val="22"/>
          <w:lang w:val="es-CO"/>
        </w:rPr>
        <w:t>PREDIAL VIGENTE INSCRITA:</w:t>
      </w:r>
    </w:p>
    <w:p w14:paraId="04623FDB" w14:textId="77777777" w:rsidR="00E8678A" w:rsidRPr="001B3928" w:rsidRDefault="00E8678A" w:rsidP="00E8678A">
      <w:pPr>
        <w:rPr>
          <w:rFonts w:ascii="Arial Narrow" w:hAnsi="Arial Narrow" w:cs="Arial"/>
          <w:lang w:val="es-CO"/>
        </w:rPr>
      </w:pPr>
    </w:p>
    <w:p w14:paraId="5E667F72" w14:textId="66107C2B" w:rsidR="00D939C7" w:rsidRPr="001B3928" w:rsidRDefault="00E03BAE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 xml:space="preserve">- </w:t>
      </w:r>
      <w:r w:rsidR="00E8678A" w:rsidRPr="001B3928">
        <w:rPr>
          <w:rFonts w:ascii="Arial Narrow" w:hAnsi="Arial Narrow" w:cs="Arial"/>
          <w:lang w:val="es-CO"/>
        </w:rPr>
        <w:t>Municipio</w:t>
      </w:r>
      <w:r w:rsidR="00C16A0B" w:rsidRPr="001B3928">
        <w:rPr>
          <w:rFonts w:ascii="Arial Narrow" w:hAnsi="Arial Narrow" w:cs="Arial"/>
          <w:lang w:val="es-CO"/>
        </w:rPr>
        <w:t>:</w:t>
      </w:r>
      <w:r w:rsidR="00E8678A" w:rsidRPr="001B3928">
        <w:rPr>
          <w:rFonts w:ascii="Arial Narrow" w:hAnsi="Arial Narrow" w:cs="Arial"/>
          <w:lang w:val="es-CO"/>
        </w:rPr>
        <w:t xml:space="preserve"> _________________________________________________</w:t>
      </w:r>
    </w:p>
    <w:p w14:paraId="7E6DB577" w14:textId="21787429" w:rsidR="00E8678A" w:rsidRPr="001B3928" w:rsidRDefault="00E8678A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- Departamento</w:t>
      </w:r>
      <w:r w:rsidR="00C16A0B" w:rsidRPr="001B3928">
        <w:rPr>
          <w:rFonts w:ascii="Arial Narrow" w:hAnsi="Arial Narrow" w:cs="Arial"/>
          <w:lang w:val="es-CO"/>
        </w:rPr>
        <w:t>:</w:t>
      </w:r>
      <w:r w:rsidRPr="001B3928">
        <w:rPr>
          <w:rFonts w:ascii="Arial Narrow" w:hAnsi="Arial Narrow" w:cs="Arial"/>
          <w:lang w:val="es-CO"/>
        </w:rPr>
        <w:t xml:space="preserve"> ____________________________________________</w:t>
      </w:r>
    </w:p>
    <w:p w14:paraId="1D3432C6" w14:textId="77777777" w:rsidR="00D939C7" w:rsidRPr="001B3928" w:rsidRDefault="00E03BAE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- Dirección: ___________________________________________________</w:t>
      </w:r>
    </w:p>
    <w:p w14:paraId="768CA128" w14:textId="77777777" w:rsidR="00D939C7" w:rsidRPr="001B3928" w:rsidRDefault="00E03BAE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- Número Predial Nacional: ___________________________________________________</w:t>
      </w:r>
    </w:p>
    <w:p w14:paraId="0C0F6376" w14:textId="77777777" w:rsidR="00D939C7" w:rsidRPr="001B3928" w:rsidRDefault="00E03BAE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- Matrícula Inmobiliaria: ___________________________________________________</w:t>
      </w:r>
    </w:p>
    <w:p w14:paraId="3F7A552D" w14:textId="2DB5E673" w:rsidR="00C16A0B" w:rsidRPr="001B3928" w:rsidRDefault="00C16A0B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- Área Terreno: _________________________________________</w:t>
      </w:r>
    </w:p>
    <w:p w14:paraId="55F36FFF" w14:textId="28B80FDD" w:rsidR="001B3928" w:rsidRPr="001B3928" w:rsidRDefault="001B3928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- Área Construida: _________________________________________________</w:t>
      </w:r>
    </w:p>
    <w:p w14:paraId="38CA6E78" w14:textId="25ACF46C" w:rsidR="00D939C7" w:rsidRPr="001B3928" w:rsidRDefault="00E03BAE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 xml:space="preserve">- Clasificación del Terreno: Urbano </w:t>
      </w:r>
      <w:proofErr w:type="gramStart"/>
      <w:r w:rsidRPr="001B3928">
        <w:rPr>
          <w:rFonts w:ascii="Arial Narrow" w:hAnsi="Arial Narrow" w:cs="Arial"/>
          <w:lang w:val="es-CO"/>
        </w:rPr>
        <w:t>( )</w:t>
      </w:r>
      <w:proofErr w:type="gramEnd"/>
      <w:r w:rsidRPr="001B3928">
        <w:rPr>
          <w:rFonts w:ascii="Arial Narrow" w:hAnsi="Arial Narrow" w:cs="Arial"/>
          <w:lang w:val="es-CO"/>
        </w:rPr>
        <w:t xml:space="preserve"> Rural ( ) </w:t>
      </w:r>
    </w:p>
    <w:p w14:paraId="48FCB3D5" w14:textId="09B7CEC2" w:rsidR="00D939C7" w:rsidRPr="001B3928" w:rsidRDefault="00E03BAE" w:rsidP="00E03BAE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lastRenderedPageBreak/>
        <w:t xml:space="preserve">- Uso del Suelo: Residencial </w:t>
      </w:r>
      <w:proofErr w:type="gramStart"/>
      <w:r w:rsidRPr="001B3928">
        <w:rPr>
          <w:rFonts w:ascii="Arial Narrow" w:hAnsi="Arial Narrow" w:cs="Arial"/>
          <w:lang w:val="es-CO"/>
        </w:rPr>
        <w:t>( )</w:t>
      </w:r>
      <w:proofErr w:type="gramEnd"/>
      <w:r w:rsidRPr="001B3928">
        <w:rPr>
          <w:rFonts w:ascii="Arial Narrow" w:hAnsi="Arial Narrow" w:cs="Arial"/>
          <w:lang w:val="es-CO"/>
        </w:rPr>
        <w:t xml:space="preserve"> Comercial ( ) Agropecuario ( ) </w:t>
      </w:r>
      <w:r w:rsidR="00F4538C">
        <w:rPr>
          <w:rFonts w:ascii="Arial Narrow" w:hAnsi="Arial Narrow" w:cs="Arial"/>
          <w:lang w:val="es-CO"/>
        </w:rPr>
        <w:t xml:space="preserve">Industrial (  ) </w:t>
      </w:r>
      <w:r w:rsidRPr="001B3928">
        <w:rPr>
          <w:rFonts w:ascii="Arial Narrow" w:hAnsi="Arial Narrow" w:cs="Arial"/>
          <w:lang w:val="es-CO"/>
        </w:rPr>
        <w:t>Otro ( ) ________________________________</w:t>
      </w:r>
    </w:p>
    <w:p w14:paraId="541E42EC" w14:textId="107C70F5" w:rsidR="001B3928" w:rsidRPr="001B3928" w:rsidRDefault="001B3928" w:rsidP="00E03BAE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Destino: _______________________________________</w:t>
      </w:r>
    </w:p>
    <w:p w14:paraId="092CAA2A" w14:textId="77777777" w:rsidR="00E8678A" w:rsidRPr="001B3928" w:rsidRDefault="00E8678A" w:rsidP="00E8678A">
      <w:pPr>
        <w:rPr>
          <w:rFonts w:ascii="Arial Narrow" w:hAnsi="Arial Narrow" w:cs="Arial"/>
          <w:lang w:val="es-CO"/>
        </w:rPr>
      </w:pPr>
      <w:bookmarkStart w:id="0" w:name="_Hlk190333209"/>
    </w:p>
    <w:bookmarkEnd w:id="0"/>
    <w:p w14:paraId="2EC4F394" w14:textId="0AD3D7EE" w:rsidR="00D939C7" w:rsidRPr="001B3928" w:rsidRDefault="001B3928" w:rsidP="00E8678A">
      <w:pPr>
        <w:pStyle w:val="Ttulo2"/>
        <w:numPr>
          <w:ilvl w:val="0"/>
          <w:numId w:val="10"/>
        </w:numPr>
        <w:rPr>
          <w:rFonts w:ascii="Arial Narrow" w:hAnsi="Arial Narrow" w:cs="Arial"/>
          <w:color w:val="auto"/>
          <w:sz w:val="22"/>
          <w:szCs w:val="22"/>
          <w:lang w:val="es-CO"/>
        </w:rPr>
      </w:pPr>
      <w:r>
        <w:rPr>
          <w:rFonts w:ascii="Arial Narrow" w:hAnsi="Arial Narrow" w:cs="Arial"/>
          <w:color w:val="auto"/>
          <w:sz w:val="22"/>
          <w:szCs w:val="22"/>
          <w:lang w:val="es-CO"/>
        </w:rPr>
        <w:t>AREAS Y LINDEROS:</w:t>
      </w:r>
    </w:p>
    <w:p w14:paraId="4872D9AE" w14:textId="77777777" w:rsidR="00E03BAE" w:rsidRPr="001B3928" w:rsidRDefault="00E03BAE" w:rsidP="001064AE">
      <w:pPr>
        <w:rPr>
          <w:rFonts w:ascii="Arial Narrow" w:hAnsi="Arial Narrow" w:cs="Arial"/>
          <w:lang w:val="es-CO"/>
        </w:rPr>
      </w:pPr>
    </w:p>
    <w:p w14:paraId="597B6D48" w14:textId="498CFEB0" w:rsidR="001064AE" w:rsidRPr="001B3928" w:rsidRDefault="00E03BAE" w:rsidP="001064AE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 xml:space="preserve">  - Norte: </w:t>
      </w:r>
      <w:r w:rsidR="001064AE" w:rsidRPr="001B3928">
        <w:rPr>
          <w:rFonts w:ascii="Arial Narrow" w:hAnsi="Arial Narrow" w:cs="Arial"/>
          <w:lang w:val="es-CO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55EAD6C9" w14:textId="6F1C586B" w:rsidR="001064AE" w:rsidRPr="001B3928" w:rsidRDefault="001064AE" w:rsidP="00E8678A">
      <w:pPr>
        <w:rPr>
          <w:rFonts w:ascii="Arial Narrow" w:hAnsi="Arial Narrow" w:cs="Arial"/>
          <w:lang w:val="es-CO"/>
        </w:rPr>
      </w:pPr>
    </w:p>
    <w:p w14:paraId="11F51813" w14:textId="41137AE8" w:rsidR="001064AE" w:rsidRPr="001B3928" w:rsidRDefault="00E03BAE" w:rsidP="001064AE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 xml:space="preserve">- Sur: </w:t>
      </w:r>
      <w:r w:rsidR="001064AE" w:rsidRPr="001B3928">
        <w:rPr>
          <w:rFonts w:ascii="Arial Narrow" w:hAnsi="Arial Narrow" w:cs="Arial"/>
          <w:lang w:val="es-CO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79096D90" w14:textId="02A94ECC" w:rsidR="00D939C7" w:rsidRPr="001B3928" w:rsidRDefault="00D939C7" w:rsidP="00E8678A">
      <w:pPr>
        <w:rPr>
          <w:rFonts w:ascii="Arial Narrow" w:hAnsi="Arial Narrow" w:cs="Arial"/>
          <w:lang w:val="es-CO"/>
        </w:rPr>
      </w:pPr>
    </w:p>
    <w:p w14:paraId="2DD158D7" w14:textId="235EEF60" w:rsidR="001064AE" w:rsidRPr="001B3928" w:rsidRDefault="00E03BAE" w:rsidP="001064AE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 xml:space="preserve">  - Este: </w:t>
      </w:r>
      <w:r w:rsidR="001064AE" w:rsidRPr="001B3928">
        <w:rPr>
          <w:rFonts w:ascii="Arial Narrow" w:hAnsi="Arial Narrow" w:cs="Arial"/>
          <w:lang w:val="es-CO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79BD1503" w14:textId="5349FCAE" w:rsidR="00D939C7" w:rsidRPr="001B3928" w:rsidRDefault="00D939C7" w:rsidP="00E8678A">
      <w:pPr>
        <w:rPr>
          <w:rFonts w:ascii="Arial Narrow" w:hAnsi="Arial Narrow" w:cs="Arial"/>
          <w:lang w:val="es-CO"/>
        </w:rPr>
      </w:pPr>
    </w:p>
    <w:p w14:paraId="1254051A" w14:textId="59A9F2EE" w:rsidR="001064AE" w:rsidRPr="001B3928" w:rsidRDefault="00E03BAE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 xml:space="preserve">  - Oeste: </w:t>
      </w:r>
      <w:r w:rsidR="001064AE" w:rsidRPr="001B3928">
        <w:rPr>
          <w:rFonts w:ascii="Arial Narrow" w:hAnsi="Arial Narrow" w:cs="Arial"/>
          <w:lang w:val="es-CO"/>
        </w:rPr>
        <w:t>________________________________________________________________________________________________________________________________________________________________________________________________________</w:t>
      </w:r>
    </w:p>
    <w:p w14:paraId="321CBBA9" w14:textId="77777777" w:rsidR="00F4538C" w:rsidRDefault="00F4538C" w:rsidP="001B3928">
      <w:pPr>
        <w:rPr>
          <w:rFonts w:ascii="Arial Narrow" w:hAnsi="Arial Narrow" w:cs="Arial"/>
          <w:lang w:val="es-CO"/>
        </w:rPr>
      </w:pPr>
    </w:p>
    <w:p w14:paraId="704BAB71" w14:textId="6B8395F5" w:rsidR="001B3928" w:rsidRPr="001B3928" w:rsidRDefault="001B3928" w:rsidP="001B3928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Fuente: ______________________________________________________________________</w:t>
      </w:r>
    </w:p>
    <w:p w14:paraId="21FD0411" w14:textId="77777777" w:rsidR="001B3928" w:rsidRPr="001B3928" w:rsidRDefault="001B3928" w:rsidP="001B3928">
      <w:pPr>
        <w:rPr>
          <w:rFonts w:ascii="Arial Narrow" w:hAnsi="Arial Narrow" w:cs="Arial"/>
          <w:lang w:val="es-CO"/>
        </w:rPr>
      </w:pPr>
    </w:p>
    <w:p w14:paraId="2588310D" w14:textId="77777777" w:rsidR="001064AE" w:rsidRPr="001B3928" w:rsidRDefault="001064AE" w:rsidP="001064AE">
      <w:pPr>
        <w:pStyle w:val="Ttulo2"/>
        <w:rPr>
          <w:rFonts w:ascii="Arial Narrow" w:hAnsi="Arial Narrow" w:cs="Arial"/>
          <w:color w:val="auto"/>
          <w:sz w:val="22"/>
          <w:szCs w:val="22"/>
          <w:lang w:val="es-CO"/>
        </w:rPr>
      </w:pPr>
      <w:r w:rsidRPr="001B3928">
        <w:rPr>
          <w:rFonts w:ascii="Arial Narrow" w:hAnsi="Arial Narrow" w:cs="Arial"/>
          <w:color w:val="auto"/>
          <w:sz w:val="22"/>
          <w:szCs w:val="22"/>
          <w:lang w:val="es-CO"/>
        </w:rPr>
        <w:t>VII. OBSERVACIONES ADICIONALES</w:t>
      </w:r>
    </w:p>
    <w:p w14:paraId="74CE8C85" w14:textId="77777777" w:rsidR="001064AE" w:rsidRPr="001B3928" w:rsidRDefault="001064AE" w:rsidP="001064AE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946532" w14:textId="77777777" w:rsidR="00F4538C" w:rsidRDefault="00F4538C" w:rsidP="00F4538C">
      <w:pPr>
        <w:rPr>
          <w:rFonts w:ascii="Arial Narrow" w:hAnsi="Arial Narrow" w:cs="Arial"/>
          <w:lang w:val="es-CO"/>
        </w:rPr>
      </w:pPr>
    </w:p>
    <w:p w14:paraId="23BA9B5B" w14:textId="77777777" w:rsidR="00F4538C" w:rsidRDefault="00F4538C" w:rsidP="00F4538C">
      <w:pPr>
        <w:rPr>
          <w:rFonts w:ascii="Arial Narrow" w:hAnsi="Arial Narrow" w:cs="Arial"/>
          <w:lang w:val="es-CO"/>
        </w:rPr>
      </w:pPr>
    </w:p>
    <w:p w14:paraId="26ED2575" w14:textId="72FB09F9" w:rsidR="00F4538C" w:rsidRPr="001B3928" w:rsidRDefault="00F4538C" w:rsidP="00F4538C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lastRenderedPageBreak/>
        <w:t xml:space="preserve">Entidad Responsable: </w:t>
      </w:r>
    </w:p>
    <w:p w14:paraId="72C2C062" w14:textId="77777777" w:rsidR="00F4538C" w:rsidRPr="001B3928" w:rsidRDefault="00F4538C" w:rsidP="00F4538C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__________________________________________________________________________________________________</w:t>
      </w:r>
    </w:p>
    <w:p w14:paraId="345B695C" w14:textId="77777777" w:rsidR="00F4538C" w:rsidRPr="001B3928" w:rsidRDefault="00F4538C" w:rsidP="00F4538C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Fecha de Emisión: ____ / ____ / ________</w:t>
      </w:r>
    </w:p>
    <w:p w14:paraId="1BBA93FA" w14:textId="5837B8E3" w:rsidR="001064AE" w:rsidRPr="001B3928" w:rsidRDefault="00F4538C" w:rsidP="00E8678A">
      <w:pPr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Número del radicado ante el gestor catastral: _____________________________________________________________</w:t>
      </w:r>
    </w:p>
    <w:p w14:paraId="21580DDA" w14:textId="77777777" w:rsidR="001064AE" w:rsidRPr="001B3928" w:rsidRDefault="001064AE" w:rsidP="00E8678A">
      <w:pPr>
        <w:rPr>
          <w:rFonts w:ascii="Arial Narrow" w:hAnsi="Arial Narrow" w:cs="Arial"/>
          <w:lang w:val="es-CO"/>
        </w:rPr>
      </w:pPr>
    </w:p>
    <w:p w14:paraId="186812E3" w14:textId="6FC124A8" w:rsidR="00D939C7" w:rsidRPr="001B3928" w:rsidRDefault="00E03BAE" w:rsidP="00F4538C">
      <w:pPr>
        <w:jc w:val="both"/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Este documento es expedido debido a que no existe georreferenciación y asignación de zonas físicas y geoeconómicas o por encontrarse en proceso por parte del gestor catastral. Los abajo firmantes garantizan y se hacen responsables de la veracidad de su contenido y libran de responsabilidades al Ministerio del Deporte y/o cualquier otra entidad por reclamaciones referentes a su contenido.</w:t>
      </w:r>
    </w:p>
    <w:p w14:paraId="5FA82EBA" w14:textId="77777777" w:rsidR="001064AE" w:rsidRPr="001B3928" w:rsidRDefault="001064AE" w:rsidP="00E8678A">
      <w:pPr>
        <w:rPr>
          <w:rFonts w:ascii="Arial Narrow" w:hAnsi="Arial Narrow" w:cs="Arial"/>
          <w:lang w:val="es-CO"/>
        </w:rPr>
      </w:pPr>
    </w:p>
    <w:p w14:paraId="7945E14B" w14:textId="52156C69" w:rsidR="001064AE" w:rsidRPr="001B3928" w:rsidRDefault="001064AE" w:rsidP="001064AE">
      <w:pPr>
        <w:jc w:val="both"/>
        <w:rPr>
          <w:rFonts w:ascii="Arial Narrow" w:hAnsi="Arial Narrow" w:cs="Arial"/>
          <w:lang w:val="es-CO"/>
        </w:rPr>
      </w:pPr>
      <w:r w:rsidRPr="001B3928">
        <w:rPr>
          <w:rFonts w:ascii="Arial Narrow" w:hAnsi="Arial Narrow" w:cs="Arial"/>
          <w:lang w:val="es-CO"/>
        </w:rPr>
        <w:t>Elaboró:</w:t>
      </w:r>
    </w:p>
    <w:p w14:paraId="08E0F715" w14:textId="77777777" w:rsidR="001064AE" w:rsidRPr="001B3928" w:rsidRDefault="001064AE" w:rsidP="001064AE">
      <w:pPr>
        <w:rPr>
          <w:rFonts w:ascii="Arial Narrow" w:hAnsi="Arial Narrow" w:cs="Arial"/>
          <w:lang w:val="es-CO"/>
        </w:rPr>
      </w:pPr>
    </w:p>
    <w:p w14:paraId="3973856B" w14:textId="77777777" w:rsidR="001064AE" w:rsidRPr="001B3928" w:rsidRDefault="001064AE" w:rsidP="001064AE">
      <w:pPr>
        <w:rPr>
          <w:rFonts w:ascii="Arial Narrow" w:hAnsi="Arial Narrow" w:cs="Arial"/>
          <w:b/>
          <w:lang w:val="es-CO"/>
        </w:rPr>
      </w:pPr>
      <w:r w:rsidRPr="001B3928">
        <w:rPr>
          <w:rFonts w:ascii="Arial Narrow" w:hAnsi="Arial Narrow" w:cs="Arial"/>
          <w:b/>
          <w:lang w:val="es-CO"/>
        </w:rPr>
        <w:t>XXXXXXXX</w:t>
      </w:r>
    </w:p>
    <w:p w14:paraId="1FD23AD5" w14:textId="77777777" w:rsidR="001064AE" w:rsidRPr="001B3928" w:rsidRDefault="001064AE" w:rsidP="001064AE">
      <w:pPr>
        <w:rPr>
          <w:rFonts w:ascii="Arial Narrow" w:hAnsi="Arial Narrow" w:cs="Arial"/>
          <w:bCs/>
          <w:lang w:val="fr-FR"/>
        </w:rPr>
      </w:pPr>
      <w:r w:rsidRPr="001B3928">
        <w:rPr>
          <w:rFonts w:ascii="Arial Narrow" w:hAnsi="Arial Narrow" w:cs="Arial"/>
          <w:bCs/>
          <w:lang w:val="fr-FR"/>
        </w:rPr>
        <w:t>C. C. XXXXXX</w:t>
      </w:r>
    </w:p>
    <w:p w14:paraId="10F7D063" w14:textId="66C1AC59" w:rsidR="001064AE" w:rsidRPr="001B3928" w:rsidRDefault="001064AE" w:rsidP="001064AE">
      <w:pPr>
        <w:rPr>
          <w:rFonts w:ascii="Arial Narrow" w:hAnsi="Arial Narrow" w:cs="Arial"/>
          <w:bCs/>
          <w:lang w:val="es-CO"/>
        </w:rPr>
      </w:pPr>
      <w:r w:rsidRPr="001B3928">
        <w:rPr>
          <w:rFonts w:ascii="Arial Narrow" w:hAnsi="Arial Narrow" w:cs="Arial"/>
          <w:bCs/>
          <w:lang w:val="es-CO"/>
        </w:rPr>
        <w:t xml:space="preserve">T.P No </w:t>
      </w:r>
      <w:r w:rsidR="00F4538C">
        <w:rPr>
          <w:rFonts w:ascii="Arial Narrow" w:hAnsi="Arial Narrow" w:cs="Arial"/>
          <w:bCs/>
          <w:lang w:val="es-CO"/>
        </w:rPr>
        <w:t>del topógrafo o catastral</w:t>
      </w:r>
    </w:p>
    <w:p w14:paraId="0E02316C" w14:textId="77777777" w:rsidR="001064AE" w:rsidRPr="001B3928" w:rsidRDefault="001064AE" w:rsidP="001064AE">
      <w:pPr>
        <w:rPr>
          <w:rFonts w:ascii="Arial Narrow" w:hAnsi="Arial Narrow" w:cs="Arial"/>
          <w:bCs/>
          <w:lang w:val="es-CO"/>
        </w:rPr>
      </w:pPr>
    </w:p>
    <w:p w14:paraId="052EAC58" w14:textId="3D95FF1D" w:rsidR="001064AE" w:rsidRPr="001B3928" w:rsidRDefault="001064AE" w:rsidP="001064AE">
      <w:pPr>
        <w:rPr>
          <w:rFonts w:ascii="Arial Narrow" w:hAnsi="Arial Narrow" w:cs="Arial"/>
          <w:b/>
          <w:lang w:val="es-CO"/>
        </w:rPr>
      </w:pPr>
      <w:r w:rsidRPr="001B3928">
        <w:rPr>
          <w:rFonts w:ascii="Arial Narrow" w:hAnsi="Arial Narrow" w:cs="Arial"/>
          <w:b/>
          <w:lang w:val="es-CO"/>
        </w:rPr>
        <w:t>NOTA: EL ANTERIOR DOCUMENTO FUE REVISADO Y AVALADO AL INTERIOR DE LA ENTIDAD.</w:t>
      </w:r>
    </w:p>
    <w:p w14:paraId="239F43B2" w14:textId="77777777" w:rsidR="001064AE" w:rsidRPr="001B3928" w:rsidRDefault="001064AE" w:rsidP="001064AE">
      <w:pPr>
        <w:rPr>
          <w:rFonts w:ascii="Arial Narrow" w:hAnsi="Arial Narrow" w:cs="Arial"/>
          <w:bCs/>
          <w:lang w:val="es-CO"/>
        </w:rPr>
      </w:pPr>
    </w:p>
    <w:p w14:paraId="2FF4C108" w14:textId="77777777" w:rsidR="001064AE" w:rsidRPr="00D34B16" w:rsidRDefault="001064AE" w:rsidP="001064AE">
      <w:pPr>
        <w:rPr>
          <w:rFonts w:ascii="Arial Narrow" w:hAnsi="Arial Narrow" w:cs="Arial"/>
          <w:b/>
          <w:bCs/>
          <w:lang w:val="es-CO"/>
        </w:rPr>
      </w:pPr>
      <w:proofErr w:type="spellStart"/>
      <w:r w:rsidRPr="00D34B16">
        <w:rPr>
          <w:rFonts w:ascii="Arial Narrow" w:hAnsi="Arial Narrow" w:cs="Arial"/>
          <w:b/>
          <w:bCs/>
          <w:lang w:val="es-CO"/>
        </w:rPr>
        <w:t>Xxxxx</w:t>
      </w:r>
      <w:proofErr w:type="spellEnd"/>
    </w:p>
    <w:p w14:paraId="5B9E20AD" w14:textId="77777777" w:rsidR="001064AE" w:rsidRPr="00D34B16" w:rsidRDefault="001064AE" w:rsidP="001064AE">
      <w:pPr>
        <w:rPr>
          <w:rFonts w:ascii="Arial Narrow" w:hAnsi="Arial Narrow" w:cs="Arial"/>
          <w:bCs/>
          <w:lang w:val="es-CO"/>
        </w:rPr>
      </w:pPr>
      <w:r w:rsidRPr="00D34B16">
        <w:rPr>
          <w:rFonts w:ascii="Arial Narrow" w:hAnsi="Arial Narrow" w:cs="Arial"/>
          <w:bCs/>
          <w:lang w:val="es-CO"/>
        </w:rPr>
        <w:t xml:space="preserve">CC _No. </w:t>
      </w:r>
      <w:r w:rsidRPr="001B3928">
        <w:rPr>
          <w:rFonts w:ascii="Arial Narrow" w:hAnsi="Arial Narrow" w:cs="Arial"/>
          <w:bCs/>
          <w:lang w:val="fr-FR"/>
        </w:rPr>
        <w:t>XXXXXX</w:t>
      </w:r>
    </w:p>
    <w:p w14:paraId="5C5885B5" w14:textId="77777777" w:rsidR="001064AE" w:rsidRPr="001B3928" w:rsidRDefault="001064AE" w:rsidP="001064AE">
      <w:pPr>
        <w:rPr>
          <w:rFonts w:ascii="Arial Narrow" w:hAnsi="Arial Narrow" w:cs="Arial"/>
          <w:bCs/>
          <w:lang w:val="es-CO"/>
        </w:rPr>
      </w:pPr>
      <w:r w:rsidRPr="001B3928">
        <w:rPr>
          <w:rFonts w:ascii="Arial Narrow" w:hAnsi="Arial Narrow" w:cs="Arial"/>
          <w:bCs/>
          <w:lang w:val="es-CO"/>
        </w:rPr>
        <w:t xml:space="preserve">Incluir el Cargo que ocupa en el </w:t>
      </w:r>
      <w:proofErr w:type="spellStart"/>
      <w:r w:rsidRPr="001B3928">
        <w:rPr>
          <w:rFonts w:ascii="Arial Narrow" w:hAnsi="Arial Narrow" w:cs="Arial"/>
          <w:bCs/>
          <w:lang w:val="es-CO"/>
        </w:rPr>
        <w:t>Muncipio</w:t>
      </w:r>
      <w:proofErr w:type="spellEnd"/>
      <w:r w:rsidRPr="001B3928">
        <w:rPr>
          <w:rFonts w:ascii="Arial Narrow" w:hAnsi="Arial Narrow" w:cs="Arial"/>
          <w:bCs/>
          <w:lang w:val="es-CO"/>
        </w:rPr>
        <w:t>/Departamento (alcalde o representante legal)</w:t>
      </w:r>
    </w:p>
    <w:p w14:paraId="6C9A70FB" w14:textId="77777777" w:rsidR="001064AE" w:rsidRPr="001B3928" w:rsidRDefault="001064AE" w:rsidP="001064AE">
      <w:pPr>
        <w:rPr>
          <w:rFonts w:ascii="Arial Narrow" w:hAnsi="Arial Narrow" w:cs="Arial"/>
          <w:bCs/>
          <w:lang w:val="es-CO"/>
        </w:rPr>
      </w:pPr>
    </w:p>
    <w:p w14:paraId="7BED3F4C" w14:textId="77777777" w:rsidR="001064AE" w:rsidRPr="00D34B16" w:rsidRDefault="001064AE" w:rsidP="001064AE">
      <w:pPr>
        <w:rPr>
          <w:rFonts w:ascii="Arial Narrow" w:hAnsi="Arial Narrow" w:cs="Arial"/>
          <w:b/>
          <w:bCs/>
          <w:lang w:val="es-CO"/>
        </w:rPr>
      </w:pPr>
      <w:proofErr w:type="spellStart"/>
      <w:r w:rsidRPr="00D34B16">
        <w:rPr>
          <w:rFonts w:ascii="Arial Narrow" w:hAnsi="Arial Narrow" w:cs="Arial"/>
          <w:b/>
          <w:bCs/>
          <w:lang w:val="es-CO"/>
        </w:rPr>
        <w:t>Xxxxx</w:t>
      </w:r>
      <w:proofErr w:type="spellEnd"/>
    </w:p>
    <w:p w14:paraId="57A23906" w14:textId="77777777" w:rsidR="001064AE" w:rsidRPr="00D34B16" w:rsidRDefault="001064AE" w:rsidP="001064AE">
      <w:pPr>
        <w:rPr>
          <w:rFonts w:ascii="Arial Narrow" w:hAnsi="Arial Narrow" w:cs="Arial"/>
          <w:bCs/>
          <w:lang w:val="es-CO"/>
        </w:rPr>
      </w:pPr>
      <w:r w:rsidRPr="00D34B16">
        <w:rPr>
          <w:rFonts w:ascii="Arial Narrow" w:hAnsi="Arial Narrow" w:cs="Arial"/>
          <w:bCs/>
          <w:lang w:val="es-CO"/>
        </w:rPr>
        <w:t xml:space="preserve">CC _No. </w:t>
      </w:r>
      <w:r w:rsidRPr="001B3928">
        <w:rPr>
          <w:rFonts w:ascii="Arial Narrow" w:hAnsi="Arial Narrow" w:cs="Arial"/>
          <w:bCs/>
          <w:lang w:val="fr-FR"/>
        </w:rPr>
        <w:t>XXXXXX</w:t>
      </w:r>
    </w:p>
    <w:p w14:paraId="0572831C" w14:textId="77777777" w:rsidR="001064AE" w:rsidRPr="001B3928" w:rsidRDefault="001064AE" w:rsidP="001064AE">
      <w:pPr>
        <w:rPr>
          <w:rFonts w:ascii="Arial Narrow" w:hAnsi="Arial Narrow" w:cs="Arial"/>
          <w:bCs/>
          <w:lang w:val="es-CO"/>
        </w:rPr>
      </w:pPr>
      <w:r w:rsidRPr="001B3928">
        <w:rPr>
          <w:rFonts w:ascii="Arial Narrow" w:hAnsi="Arial Narrow" w:cs="Arial"/>
          <w:bCs/>
          <w:lang w:val="es-CO"/>
        </w:rPr>
        <w:t xml:space="preserve">Incluir el Cargo que ocupa en el </w:t>
      </w:r>
      <w:proofErr w:type="spellStart"/>
      <w:r w:rsidRPr="001B3928">
        <w:rPr>
          <w:rFonts w:ascii="Arial Narrow" w:hAnsi="Arial Narrow" w:cs="Arial"/>
          <w:bCs/>
          <w:lang w:val="es-CO"/>
        </w:rPr>
        <w:t>Muncipio</w:t>
      </w:r>
      <w:proofErr w:type="spellEnd"/>
      <w:r w:rsidRPr="001B3928">
        <w:rPr>
          <w:rFonts w:ascii="Arial Narrow" w:hAnsi="Arial Narrow" w:cs="Arial"/>
          <w:bCs/>
          <w:lang w:val="es-CO"/>
        </w:rPr>
        <w:t>/Departamento (secretario de planeación o infraestructura)</w:t>
      </w:r>
    </w:p>
    <w:p w14:paraId="79D74902" w14:textId="7DAB2DC8" w:rsidR="00D939C7" w:rsidRPr="001B3928" w:rsidRDefault="00D939C7" w:rsidP="001064AE">
      <w:pPr>
        <w:pStyle w:val="Ttulo2"/>
        <w:rPr>
          <w:rFonts w:ascii="Arial Narrow" w:hAnsi="Arial Narrow" w:cs="Arial"/>
          <w:sz w:val="22"/>
          <w:szCs w:val="22"/>
          <w:lang w:val="es-CO"/>
        </w:rPr>
      </w:pPr>
    </w:p>
    <w:sectPr w:rsidR="00D939C7" w:rsidRPr="001B3928" w:rsidSect="001064A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96E6299"/>
    <w:multiLevelType w:val="hybridMultilevel"/>
    <w:tmpl w:val="1F08E50E"/>
    <w:lvl w:ilvl="0" w:tplc="985A2C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4D2737"/>
    <w:multiLevelType w:val="multilevel"/>
    <w:tmpl w:val="809A025A"/>
    <w:lvl w:ilvl="0"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64AE"/>
    <w:rsid w:val="0015074B"/>
    <w:rsid w:val="001B3928"/>
    <w:rsid w:val="0029639D"/>
    <w:rsid w:val="00326F90"/>
    <w:rsid w:val="004206FA"/>
    <w:rsid w:val="00AA1D8D"/>
    <w:rsid w:val="00B47730"/>
    <w:rsid w:val="00B94D75"/>
    <w:rsid w:val="00C16A0B"/>
    <w:rsid w:val="00CB0664"/>
    <w:rsid w:val="00D34B16"/>
    <w:rsid w:val="00D939C7"/>
    <w:rsid w:val="00E03BAE"/>
    <w:rsid w:val="00E66A87"/>
    <w:rsid w:val="00E8678A"/>
    <w:rsid w:val="00F4538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A778DB"/>
  <w14:defaultImageDpi w14:val="300"/>
  <w15:docId w15:val="{E0B508BA-1C79-406B-A408-D521F272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A0B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uesto1">
    <w:name w:val="Puesto1"/>
    <w:aliases w:val="Title"/>
    <w:basedOn w:val="Normal"/>
    <w:qFormat/>
    <w:rsid w:val="001064AE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643</Words>
  <Characters>3538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John Alexander Rojas Arias</cp:lastModifiedBy>
  <cp:revision>2</cp:revision>
  <dcterms:created xsi:type="dcterms:W3CDTF">2025-02-14T01:17:00Z</dcterms:created>
  <dcterms:modified xsi:type="dcterms:W3CDTF">2025-02-14T01:17:00Z</dcterms:modified>
  <cp:category/>
</cp:coreProperties>
</file>